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FACHUNTERNEHMERERKLÄRUNG ZIMMERER</w:t>
      </w:r>
    </w:p>
    <w:p/>
    <w:p>
      <w:r>
        <w:rPr>
          <w:b/>
          <w:sz w:val="20"/>
        </w:rPr>
        <w:t>Angaben zum Auftraggeber:</w:t>
      </w:r>
    </w:p>
    <w:p>
      <w:r>
        <w:rPr>
          <w:b w:val="0"/>
          <w:sz w:val="20"/>
        </w:rPr>
        <w:t>Name / Firma : 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Angaben zum Fachunternehmer (Zimmerer):</w:t>
      </w:r>
    </w:p>
    <w:p>
      <w:r>
        <w:rPr>
          <w:b w:val="0"/>
          <w:sz w:val="20"/>
        </w:rPr>
        <w:t>Name / Firma : 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Angaben zur Baustelle:</w:t>
      </w:r>
    </w:p>
    <w:p>
      <w:r>
        <w:rPr>
          <w:b w:val="0"/>
          <w:sz w:val="20"/>
        </w:rPr>
        <w:t>Adresse der Baustelle : _______________________________________________</w:t>
      </w:r>
    </w:p>
    <w:p>
      <w:r>
        <w:rPr>
          <w:b w:val="0"/>
          <w:sz w:val="20"/>
        </w:rPr>
        <w:t>Bauvorhaben : _______________________________________________________</w:t>
      </w:r>
    </w:p>
    <w:p/>
    <w:p>
      <w:r>
        <w:rPr>
          <w:b/>
          <w:sz w:val="20"/>
        </w:rPr>
        <w:t>Beschreibung der fachunternehmerischen Leistungen:</w:t>
      </w:r>
    </w:p>
    <w:p>
      <w:r>
        <w:rPr>
          <w:b w:val="0"/>
          <w:sz w:val="20"/>
        </w:rPr>
        <w:t>Der Fachunternehmer erklärt hiermit, dass er folgende Zimmererarbeiten fachgerecht und entsprechend den geltenden Vorschriften ausführt: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 w:val="0"/>
          <w:sz w:val="20"/>
        </w:rPr>
        <w:t>Der Fachunternehmer versichert, dass die ausgeführten Arbeiten den anerkannten Regeln der Technik, den einschlägigen DIN-Normen, den Vorgaben der Bauordnungen und den Anforderungen des Bauherrn entsprechen.</w:t>
      </w:r>
    </w:p>
    <w:p/>
    <w:p>
      <w:r>
        <w:rPr>
          <w:b/>
          <w:sz w:val="20"/>
        </w:rPr>
        <w:t>Haftung und Mängel:</w:t>
      </w:r>
    </w:p>
    <w:p>
      <w:r>
        <w:rPr>
          <w:b w:val="0"/>
          <w:sz w:val="20"/>
        </w:rPr>
        <w:t>Der Fachunternehmer haftet für die Qualität und Ordnungsgemäßheit seiner Leistungen gemäß den gesetzlichen Bestimmungen.</w:t>
      </w:r>
    </w:p>
    <w:p>
      <w:r>
        <w:rPr>
          <w:b w:val="0"/>
          <w:sz w:val="20"/>
        </w:rPr>
        <w:t>Er verpflichtet sich, etwaige Mängel unverzüglich und fachgerecht zu beseitigen.</w:t>
      </w:r>
    </w:p>
    <w:p/>
    <w:p>
      <w:r>
        <w:rPr>
          <w:b/>
          <w:sz w:val="20"/>
        </w:rPr>
        <w:t>Übergebene Unterlagen und Nachweise:</w:t>
      </w:r>
    </w:p>
    <w:p>
      <w:r>
        <w:rPr>
          <w:b w:val="0"/>
          <w:sz w:val="20"/>
        </w:rPr>
        <w:t>Der Fachunternehmer übergibt alle erforderlichen Nachweise, Prüfberichte und Dokumentationen, die für die Abnahme und weitere Verarbeitung notwendig sind.</w:t>
      </w:r>
    </w:p>
    <w:p/>
    <w:p>
      <w:r>
        <w:rPr>
          <w:b/>
          <w:sz w:val="20"/>
        </w:rPr>
        <w:t>Schlussbestimmungen:</w:t>
      </w:r>
    </w:p>
    <w:p>
      <w:r>
        <w:rPr>
          <w:b w:val="0"/>
          <w:sz w:val="20"/>
        </w:rPr>
        <w:t>Diese Fachunternehmererklärung gilt als verbindlicher Nachweis der fachgerechten Durchführung der Zimmererarbeiten.</w:t>
      </w:r>
    </w:p>
    <w:p>
      <w:r>
        <w:rPr>
          <w:b w:val="0"/>
          <w:sz w:val="20"/>
        </w:rPr>
        <w:t>Für alle nicht geregelten Fragen gelten die gesetzlichen Vorschriften der Bundesrepublik Deutschland.</w:t>
      </w:r>
    </w:p>
    <w:p/>
    <w:p/>
    <w:p>
      <w:r>
        <w:rPr>
          <w:b w:val="0"/>
          <w:sz w:val="20"/>
        </w:rPr>
        <w:t>Ort : 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Fachunternehmer (Zimmerer)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https://dokumentklar.com/fachunternehmererklarung-zimmerer/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fachunternehmererklarung-zimmerer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