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EMPFANGSBESTÄTIGUNG DER KÜNDIGUNG</w:t>
      </w:r>
    </w:p>
    <w:p/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/ Firma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Details der Kündigung :</w:t>
      </w:r>
    </w:p>
    <w:p>
      <w:r>
        <w:rPr>
          <w:b w:val="0"/>
          <w:sz w:val="20"/>
        </w:rPr>
        <w:t>Betreff : ______________________________________________________________</w:t>
      </w:r>
    </w:p>
    <w:p>
      <w:r>
        <w:rPr>
          <w:b w:val="0"/>
          <w:sz w:val="20"/>
        </w:rPr>
        <w:t>Kündigung des Vertrags / der Vereinbarung vom : _______________________</w:t>
      </w:r>
    </w:p>
    <w:p>
      <w:r>
        <w:rPr>
          <w:b w:val="0"/>
          <w:sz w:val="20"/>
        </w:rPr>
        <w:t>Bezugnehmend auf die oben genannte Kündigung bestätige ich hiermit den Eingang derselben.</w:t>
      </w:r>
    </w:p>
    <w:p/>
    <w:p>
      <w:r>
        <w:rPr>
          <w:b/>
          <w:sz w:val="20"/>
        </w:rPr>
        <w:t>Bestätigung :</w:t>
      </w:r>
    </w:p>
    <w:p>
      <w:r>
        <w:rPr>
          <w:b w:val="0"/>
          <w:sz w:val="20"/>
        </w:rPr>
        <w:t xml:space="preserve">Hiermit bestätige ich, dass die Kündigung ordnungsgemäß eingegangen ist und zur Kenntnis genommen wurde. </w:t>
      </w:r>
    </w:p>
    <w:p>
      <w:r>
        <w:rPr>
          <w:b w:val="0"/>
          <w:sz w:val="20"/>
        </w:rPr>
        <w:t>Diese Empfangsbestätigung stellt keine Zustimmung zur Wirksamkeit der Kündigung dar.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Die weiteren rechtlichen Folgen der Kündigung richten sich nach den vertraglichen Vereinbarungen und den gesetzlichen Bestimmungen.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https://dokumentklar.com/empfangsbestatigung-kundigung/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empfangsbestatigung-kundigung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