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ZUR ANFERTIGUNG UND VERÖFFENTLICHUNG VON FOTOS</w:t>
      </w:r>
    </w:p>
    <w:p/>
    <w:p/>
    <w:p>
      <w:r>
        <w:rPr>
          <w:b w:val="0"/>
          <w:sz w:val="20"/>
        </w:rPr>
        <w:t>Ich/wir, die Erziehungsberechtigten des unten genannten Kindes, erkläre/n mich/uns hiermit einverstanden, dass im Rahmen schulischer Veranstaltungen Fotos meines/unseres Kindes angefertigt und für schulische Zwecke verwendet werden dürfen.</w:t>
      </w:r>
    </w:p>
    <w:p/>
    <w:p>
      <w:r>
        <w:rPr>
          <w:b/>
          <w:sz w:val="20"/>
        </w:rPr>
        <w:t>Angaben zum Kind :</w:t>
      </w:r>
    </w:p>
    <w:p>
      <w:r>
        <w:rPr>
          <w:b w:val="0"/>
          <w:sz w:val="20"/>
        </w:rPr>
        <w:t>Vor- und Nachname : 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________________________________________________________________</w:t>
      </w:r>
    </w:p>
    <w:p>
      <w:r>
        <w:rPr>
          <w:b w:val="0"/>
          <w:sz w:val="20"/>
        </w:rPr>
        <w:t>Klasse / Jahrgangsstufe : _______________________________________________________</w:t>
      </w:r>
    </w:p>
    <w:p/>
    <w:p>
      <w:r>
        <w:rPr>
          <w:b/>
          <w:sz w:val="20"/>
        </w:rPr>
        <w:t>Angaben zur Schule :</w:t>
      </w:r>
    </w:p>
    <w:p>
      <w:r>
        <w:rPr>
          <w:b w:val="0"/>
          <w:sz w:val="20"/>
        </w:rPr>
        <w:t>Name der Schule : ______________________________________________________________</w:t>
      </w:r>
    </w:p>
    <w:p>
      <w:r>
        <w:rPr>
          <w:b w:val="0"/>
          <w:sz w:val="20"/>
        </w:rPr>
        <w:t>Adresse der Schule : ____________________________________________________________</w:t>
      </w:r>
    </w:p>
    <w:p/>
    <w:p>
      <w:r>
        <w:rPr>
          <w:b/>
          <w:sz w:val="20"/>
        </w:rPr>
        <w:t>Einverständniserklärung zur Nutzung der Fotos :</w:t>
      </w:r>
    </w:p>
    <w:p>
      <w:r>
        <w:rPr>
          <w:b w:val="0"/>
          <w:sz w:val="20"/>
        </w:rPr>
        <w:t>Ich/wir bin/sind damit einverstanden, dass die Fotos für folgende Zwecke verwendet werden :</w:t>
      </w:r>
    </w:p>
    <w:p>
      <w:r>
        <w:rPr>
          <w:b w:val="0"/>
          <w:sz w:val="20"/>
        </w:rPr>
        <w:t>□ Veröffentlichung auf der Schulhomepage</w:t>
      </w:r>
    </w:p>
    <w:p>
      <w:r>
        <w:rPr>
          <w:b w:val="0"/>
          <w:sz w:val="20"/>
        </w:rPr>
        <w:t>□ Verwendung in gedruckten Schulpublikationen (z.B. Jahresberichte, Flyer)</w:t>
      </w:r>
    </w:p>
    <w:p>
      <w:r>
        <w:rPr>
          <w:b w:val="0"/>
          <w:sz w:val="20"/>
        </w:rPr>
        <w:t>□ Nutzung in Präsentationen und schulischen Ausstellungen</w:t>
      </w:r>
    </w:p>
    <w:p>
      <w:r>
        <w:rPr>
          <w:b w:val="0"/>
          <w:sz w:val="20"/>
        </w:rPr>
        <w:t>□ Veröffentlichung auf offiziellen Social-Media-Kanälen der Schule</w:t>
      </w:r>
    </w:p>
    <w:p/>
    <w:p>
      <w:r>
        <w:rPr>
          <w:b w:val="0"/>
          <w:sz w:val="20"/>
        </w:rPr>
        <w:t>Die Fotos werden ausschließlich für die genannten Zwecke verwendet. Eine weitergehende Nutzung bedarf meiner/unserer ausdrücklichen Zustimmung.</w:t>
      </w:r>
    </w:p>
    <w:p/>
    <w:p>
      <w:r>
        <w:rPr>
          <w:b/>
          <w:sz w:val="20"/>
        </w:rPr>
        <w:t>Widerruf :</w:t>
      </w:r>
    </w:p>
    <w:p>
      <w:r>
        <w:rPr>
          <w:b w:val="0"/>
          <w:sz w:val="20"/>
        </w:rPr>
        <w:t>Diese Einwilligung kann jederzeit mit Wirkung für die Zukunft schriftlich widerrufen werden. Im Falle des Widerrufs werden keine weiteren Fotos veröffentlicht.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 Schule haftet nicht für Schäden, die aus der Anfertigung oder Veröffentlichung der Fotos entstehen, sofern diese nicht auf grober Fahrlässigkeit oder Vorsatz beruhen.</w:t>
      </w:r>
    </w:p>
    <w:p/>
    <w:p/>
    <w:p>
      <w:r>
        <w:rPr>
          <w:b w:val="0"/>
          <w:sz w:val="20"/>
        </w:rPr>
        <w:t>Ort : ______________________________________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des Erziehungsberechtigten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https://dokumentklar.com/einverstandniserklarung-fotos-schule-vorlage/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einverstandniserklarung-fotos-schule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