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CONSENT FORM</w:t>
      </w:r>
    </w:p>
    <w:p/>
    <w:p>
      <w:r>
        <w:rPr>
          <w:b w:val="0"/>
          <w:sz w:val="20"/>
        </w:rPr>
        <w:t>Place : ____________________________</w:t>
      </w:r>
    </w:p>
    <w:p/>
    <w:p>
      <w:r>
        <w:rPr>
          <w:b/>
          <w:sz w:val="20"/>
        </w:rPr>
        <w:t>Details of the Person Giving Consent:</w:t>
      </w:r>
    </w:p>
    <w:p>
      <w:r>
        <w:rPr>
          <w:b w:val="0"/>
          <w:sz w:val="20"/>
        </w:rPr>
        <w:t>Full Name : ____________________________________________________________</w:t>
      </w:r>
    </w:p>
    <w:p>
      <w:r>
        <w:rPr>
          <w:b w:val="0"/>
          <w:sz w:val="20"/>
        </w:rPr>
        <w:t>Date of Birth : _________________________________________________________</w:t>
      </w:r>
    </w:p>
    <w:p>
      <w:r>
        <w:rPr>
          <w:b w:val="0"/>
          <w:sz w:val="20"/>
        </w:rPr>
        <w:t>Address : _______________________________________________________________</w:t>
      </w:r>
    </w:p>
    <w:p>
      <w:r>
        <w:rPr>
          <w:b w:val="0"/>
          <w:sz w:val="20"/>
        </w:rPr>
        <w:t>Phone Number : __________________________________________________________</w:t>
      </w:r>
    </w:p>
    <w:p/>
    <w:p>
      <w:r>
        <w:rPr>
          <w:b/>
          <w:sz w:val="20"/>
        </w:rPr>
        <w:t>Details of the Person Receiving Consent:</w:t>
      </w:r>
    </w:p>
    <w:p>
      <w:r>
        <w:rPr>
          <w:b w:val="0"/>
          <w:sz w:val="20"/>
        </w:rPr>
        <w:t>Full Name : ____________________________________________________________</w:t>
      </w:r>
    </w:p>
    <w:p>
      <w:r>
        <w:rPr>
          <w:b w:val="0"/>
          <w:sz w:val="20"/>
        </w:rPr>
        <w:t>Address : _______________________________________________________________</w:t>
      </w:r>
    </w:p>
    <w:p>
      <w:r>
        <w:rPr>
          <w:b w:val="0"/>
          <w:sz w:val="20"/>
        </w:rPr>
        <w:t>Phone Number : __________________________________________________________</w:t>
      </w:r>
    </w:p>
    <w:p/>
    <w:p>
      <w:r>
        <w:rPr>
          <w:b/>
          <w:sz w:val="20"/>
        </w:rPr>
        <w:t>Description of Consent:</w:t>
      </w:r>
    </w:p>
    <w:p>
      <w:r>
        <w:rPr>
          <w:b w:val="0"/>
          <w:sz w:val="20"/>
        </w:rPr>
        <w:t>I hereby give my voluntary and informed consent to the above-named person for the following purpose(s):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Terms and Conditions:</w:t>
      </w:r>
    </w:p>
    <w:p>
      <w:r>
        <w:rPr>
          <w:b w:val="0"/>
          <w:sz w:val="20"/>
        </w:rPr>
        <w:t>1. This consent is given freely and voluntarily without any undue influence or coercion.</w:t>
      </w:r>
    </w:p>
    <w:p>
      <w:r>
        <w:rPr>
          <w:b w:val="0"/>
          <w:sz w:val="20"/>
        </w:rPr>
        <w:t>2. I understand the nature and scope of this consent and its implications under German law.</w:t>
      </w:r>
    </w:p>
    <w:p>
      <w:r>
        <w:rPr>
          <w:b w:val="0"/>
          <w:sz w:val="20"/>
        </w:rPr>
        <w:t>3. I have the right to withdraw this consent at any time in writing, without affecting the legality of any actions taken prior to withdrawal.</w:t>
      </w:r>
    </w:p>
    <w:p/>
    <w:p>
      <w:r>
        <w:rPr>
          <w:b w:val="0"/>
          <w:sz w:val="20"/>
        </w:rPr>
        <w:t>4. The person receiving consent shall handle any personal data in accordance with applicable data protection laws.</w:t>
      </w:r>
    </w:p>
    <w:p>
      <w:r>
        <w:rPr>
          <w:b w:val="0"/>
          <w:sz w:val="20"/>
        </w:rPr>
        <w:t>5. This consent form does not replace any mandatory legal authorizations or official permits when required.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 GIVING CONSENT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 RECEIVING CONSENT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https://dokumentklar.com/einverstandniserklarung-englisch-vorlage/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einverstandniserklarung-englisch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