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EINVERSTÄNDNISERKLÄRUNG BETTGITTER</w:t>
      </w:r>
    </w:p>
    <w:p/>
    <w:p>
      <w:r>
        <w:rPr>
          <w:b w:val="0"/>
          <w:sz w:val="20"/>
        </w:rPr>
        <w:t>Hiermit erkläre ich mein Einverständnis zur Anbringung eines Bettgitters an dem nachfolgend bezeichneten Bett.</w:t>
      </w:r>
    </w:p>
    <w:p/>
    <w:p/>
    <w:p>
      <w:r>
        <w:rPr>
          <w:b/>
          <w:sz w:val="20"/>
        </w:rPr>
        <w:t>Angaben zur Person:</w:t>
      </w:r>
    </w:p>
    <w:p>
      <w:r>
        <w:rPr>
          <w:b w:val="0"/>
          <w:sz w:val="20"/>
        </w:rPr>
        <w:t>Name : _____________________________________________________________</w:t>
      </w:r>
    </w:p>
    <w:p>
      <w:r>
        <w:rPr>
          <w:b w:val="0"/>
          <w:sz w:val="20"/>
        </w:rPr>
        <w:t>Geburtsdatum : 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zum Bettgitter:</w:t>
      </w:r>
    </w:p>
    <w:p>
      <w:r>
        <w:rPr>
          <w:b w:val="0"/>
          <w:sz w:val="20"/>
        </w:rPr>
        <w:t>Hersteller / Modell : ________________________________________________</w:t>
      </w:r>
    </w:p>
    <w:p>
      <w:r>
        <w:rPr>
          <w:b w:val="0"/>
          <w:sz w:val="20"/>
        </w:rPr>
        <w:t>Maße (Länge x Höhe) : ________________________________________________</w:t>
      </w:r>
    </w:p>
    <w:p>
      <w:r>
        <w:rPr>
          <w:b w:val="0"/>
          <w:sz w:val="20"/>
        </w:rPr>
        <w:t>Material : ___________________________________________________________</w:t>
      </w:r>
    </w:p>
    <w:p/>
    <w:p>
      <w:r>
        <w:rPr>
          <w:b/>
          <w:sz w:val="20"/>
        </w:rPr>
        <w:t>Zweck der Anbringung:</w:t>
      </w:r>
    </w:p>
    <w:p>
      <w:r>
        <w:rPr>
          <w:b w:val="0"/>
          <w:sz w:val="20"/>
        </w:rPr>
        <w:t>Das Bettgitter dient der Sicherheit während des Schlafens und soll Stürze verhindern.</w:t>
      </w:r>
    </w:p>
    <w:p/>
    <w:p>
      <w:r>
        <w:rPr>
          <w:b/>
          <w:sz w:val="20"/>
        </w:rPr>
        <w:t>Verantwortlichkeit und Haftung:</w:t>
      </w:r>
    </w:p>
    <w:p>
      <w:r>
        <w:rPr>
          <w:b w:val="0"/>
          <w:sz w:val="20"/>
        </w:rPr>
        <w:t>Ich bin mir bewusst, dass trotz der ordnungsgemäßen Anbringung des Bettgitters keine absolute Unfallverhütung garantiert werden kann. Die Haftung für eventuell entstehende Schäden wird, soweit gesetzlich zulässig, ausgeschlossen.</w:t>
      </w:r>
    </w:p>
    <w:p/>
    <w:p>
      <w:r>
        <w:rPr>
          <w:b/>
          <w:sz w:val="20"/>
        </w:rPr>
        <w:t>Ich erkläre hiermit mein ausdrückliches Einverständnis mit der Anbringung des oben beschriebenen Bettgitters.</w:t>
      </w:r>
    </w:p>
    <w:p/>
    <w:p/>
    <w:p>
      <w:r>
        <w:rPr>
          <w:b w:val="0"/>
          <w:sz w:val="20"/>
        </w:rPr>
        <w:t>Ort : ___________________________</w:t>
      </w:r>
    </w:p>
    <w:p>
      <w:r>
        <w:rPr>
          <w:b w:val="0"/>
          <w:sz w:val="20"/>
        </w:rPr>
        <w:t>Datum : 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Erklärung abgegeben von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Bestätigung durch Betreuer / Verantwortlichen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https://dokumentklar.com/einverstandniserklarung-bettgitter-vordruck/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einverstandniserklarung-bettgitter-vordruck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