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ERKLÄRUNG ZUR NACHREICHUNG FEHLENDER UNTERLAGEN</w:t>
      </w:r>
    </w:p>
    <w:p/>
    <w:p>
      <w:r>
        <w:rPr>
          <w:b/>
          <w:sz w:val="20"/>
        </w:rPr>
        <w:t>Hiermit erklärt der Unterzeichnende, dass folgende Unterlagen im Rahmen des laufenden Verfahrens nachgereicht werden:</w:t>
      </w:r>
    </w:p>
    <w:p/>
    <w:p>
      <w:r>
        <w:rPr>
          <w:b/>
          <w:sz w:val="20"/>
        </w:rPr>
        <w:t>Fehlende Unterlagen :</w:t>
      </w:r>
    </w:p>
    <w:p>
      <w:r>
        <w:rPr>
          <w:b w:val="0"/>
          <w:sz w:val="20"/>
        </w:rPr>
        <w:t>1. Personalausweis oder Reisepass</w:t>
      </w:r>
    </w:p>
    <w:p>
      <w:r>
        <w:rPr>
          <w:b w:val="0"/>
          <w:sz w:val="20"/>
        </w:rPr>
        <w:t>2. Nachweis des Wohnsitzes (z. B. Meldebescheinigung)</w:t>
      </w:r>
    </w:p>
    <w:p>
      <w:r>
        <w:rPr>
          <w:b w:val="0"/>
          <w:sz w:val="20"/>
        </w:rPr>
        <w:t>3. Finanzielle Nachweise (z. B. Gehaltsabrechnungen, Kontoauszüge)</w:t>
      </w:r>
    </w:p>
    <w:p>
      <w:r>
        <w:rPr>
          <w:b w:val="0"/>
          <w:sz w:val="20"/>
        </w:rPr>
        <w:t>4. Nachweise zur Identität weiterer Vertragsparteien</w:t>
      </w:r>
    </w:p>
    <w:p>
      <w:r>
        <w:rPr>
          <w:b w:val="0"/>
          <w:sz w:val="20"/>
        </w:rPr>
        <w:t>5. Sonstige spezifische Dokumente, die im Einzelfall erforderlich sind</w:t>
      </w:r>
    </w:p>
    <w:p/>
    <w:p>
      <w:r>
        <w:rPr>
          <w:b w:val="0"/>
          <w:sz w:val="20"/>
        </w:rPr>
        <w:t>Der Unterzeichnende verpflichtet sich, die genannten Unterlagen unverzüglich und vollständig vorzulegen. Die Nichtbeachtung dieser Verpflichtung kann zu Verzögerungen oder Rechtsnachteilen führen.</w:t>
      </w:r>
    </w:p>
    <w:p/>
    <w:p>
      <w:r>
        <w:rPr>
          <w:b/>
          <w:sz w:val="20"/>
        </w:rPr>
        <w:t>Rechtlicher Hinweis :</w:t>
      </w:r>
    </w:p>
    <w:p>
      <w:r>
        <w:rPr>
          <w:b w:val="0"/>
          <w:sz w:val="20"/>
        </w:rPr>
        <w:t>Die Nachreichung fehlender Unterlagen erfolgt freiwillig und dient der ordnungsgemäßen Abwicklung des Verfahrens. Die Prüfung der vorgelegten Dokumente erfolgt im Einklang mit den geltenden gesetzlichen Bestimmungen der Bundesrepublik Deutschland.</w:t>
      </w:r>
    </w:p>
    <w:p/>
    <w:p>
      <w:r>
        <w:rPr>
          <w:b w:val="0"/>
          <w:sz w:val="20"/>
        </w:rPr>
        <w:t>Mit der Unterzeichnung bestätigt der Unterzeichnende die Richtigkeit und Vollständigkeit der Angaben und erklärt sich mit der Nachreichung der aufgeführten Unterlagen einverstanden.</w:t>
      </w:r>
    </w:p>
    <w:p/>
    <w:p/>
    <w:p>
      <w:r>
        <w:rPr>
          <w:b w:val="0"/>
          <w:sz w:val="20"/>
        </w:rPr>
        <w:t>Ort : _______________________________________________________________</w:t>
      </w:r>
    </w:p>
    <w:p>
      <w:r>
        <w:rPr>
          <w:b w:val="0"/>
          <w:sz w:val="20"/>
        </w:rPr>
        <w:t>Unterschrift : _________________________________________________________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des Erklärenden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Datum der Unterschrift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__________________________________________________________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__________________________________________________________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https://dokumentklar.com/die-fehlenden-unterlagen-nachreichen/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https://dokumentklar.com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dokumentklar.com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kumentklar.com/die-fehlenden-unterlagen-nachreichen/" TargetMode="External"/><Relationship Id="rId10" Type="http://schemas.openxmlformats.org/officeDocument/2006/relationships/hyperlink" Target="https://dokumentkla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