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BUSINESSPLAN FÜR EINE SPRACHSCHULE</w:t>
      </w:r>
    </w:p>
    <w:p/>
    <w:p>
      <w:r>
        <w:rPr>
          <w:b/>
          <w:sz w:val="20"/>
        </w:rPr>
        <w:t>Unternehmensprofil</w:t>
      </w:r>
    </w:p>
    <w:p>
      <w:r>
        <w:rPr>
          <w:b w:val="0"/>
          <w:sz w:val="20"/>
        </w:rPr>
        <w:t>Name der Sprachschule : __________________________________________________</w:t>
      </w:r>
    </w:p>
    <w:p>
      <w:r>
        <w:rPr>
          <w:b w:val="0"/>
          <w:sz w:val="20"/>
        </w:rPr>
        <w:t>Standort : _______________________________________________________________</w:t>
      </w:r>
    </w:p>
    <w:p>
      <w:r>
        <w:rPr>
          <w:b w:val="0"/>
          <w:sz w:val="20"/>
        </w:rPr>
        <w:t>Rechtsform : ______________________________________________________________</w:t>
      </w:r>
    </w:p>
    <w:p>
      <w:r>
        <w:rPr>
          <w:b w:val="0"/>
          <w:sz w:val="20"/>
        </w:rPr>
        <w:t>Gesellschafter / Geschäftsführer : _________________________________________</w:t>
      </w:r>
    </w:p>
    <w:p/>
    <w:p>
      <w:r>
        <w:rPr>
          <w:b/>
          <w:sz w:val="20"/>
        </w:rPr>
        <w:t>Geschäftsidee</w:t>
      </w:r>
    </w:p>
    <w:p>
      <w:r>
        <w:rPr>
          <w:b w:val="0"/>
          <w:sz w:val="20"/>
        </w:rPr>
        <w:t>Beschreibung der angebotenen Sprachkurse und Zielgruppen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Marktanalyse</w:t>
      </w:r>
    </w:p>
    <w:p>
      <w:r>
        <w:rPr>
          <w:b w:val="0"/>
          <w:sz w:val="20"/>
        </w:rPr>
        <w:t>Analyse der Wettbewerbssituation und Zielgruppe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Marketing- und Vertriebsstrategie</w:t>
      </w:r>
    </w:p>
    <w:p>
      <w:r>
        <w:rPr>
          <w:b w:val="0"/>
          <w:sz w:val="20"/>
        </w:rPr>
        <w:t>Geplante Marketingmaßnahmen und Vertriebswege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Organisation und Personal</w:t>
      </w:r>
    </w:p>
    <w:p>
      <w:r>
        <w:rPr>
          <w:b w:val="0"/>
          <w:sz w:val="20"/>
        </w:rPr>
        <w:t>Organisationsstruktur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Personalbedarf und Qualifikationen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Finanzplanung</w:t>
      </w:r>
    </w:p>
    <w:p>
      <w:r>
        <w:rPr>
          <w:b w:val="0"/>
          <w:sz w:val="20"/>
        </w:rPr>
        <w:t>Investitionsbedarf : _____________________________________________________</w:t>
      </w:r>
    </w:p>
    <w:p>
      <w:r>
        <w:rPr>
          <w:b w:val="0"/>
          <w:sz w:val="20"/>
        </w:rPr>
        <w:t>Laufende Kosten (Miete, Gehälter, Werbung etc.) : __________________________</w:t>
      </w:r>
    </w:p>
    <w:p>
      <w:r>
        <w:rPr>
          <w:b w:val="0"/>
          <w:sz w:val="20"/>
        </w:rPr>
        <w:t>Umsatzplanung : __________________________________________________________</w:t>
      </w:r>
    </w:p>
    <w:p>
      <w:r>
        <w:rPr>
          <w:b w:val="0"/>
          <w:sz w:val="20"/>
        </w:rPr>
        <w:t>Gewinn- und Verlustrechnung (kurz) : _______________________________________</w:t>
      </w:r>
    </w:p>
    <w:p>
      <w:r>
        <w:rPr>
          <w:b w:val="0"/>
          <w:sz w:val="20"/>
        </w:rPr>
        <w:t>Finanzierungsquellen : ____________________________________________________</w:t>
      </w:r>
    </w:p>
    <w:p/>
    <w:p>
      <w:r>
        <w:rPr>
          <w:b/>
          <w:sz w:val="20"/>
        </w:rPr>
        <w:t>Risiken und Chancen</w:t>
      </w:r>
    </w:p>
    <w:p>
      <w:r>
        <w:rPr>
          <w:b w:val="0"/>
          <w:sz w:val="20"/>
        </w:rPr>
        <w:t>Identifikation möglicher Risiken und deren Gegenmaßnahmen :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</w:t>
      </w:r>
    </w:p>
    <w:p/>
    <w:p>
      <w:r>
        <w:rPr>
          <w:b/>
          <w:sz w:val="20"/>
        </w:rPr>
        <w:t>Rechtliche Hinweise</w:t>
      </w:r>
    </w:p>
    <w:p>
      <w:r>
        <w:rPr>
          <w:b w:val="0"/>
          <w:sz w:val="20"/>
        </w:rPr>
        <w:t>Die Sprachschule verpflichtet sich zur Einhaltung aller gesetzlichen Vorgaben, insbesondere im Bereich Datenschutz, Arbeitsrecht und Steuern.</w:t>
      </w:r>
    </w:p>
    <w:p>
      <w:r>
        <w:rPr>
          <w:b w:val="0"/>
          <w:sz w:val="20"/>
        </w:rPr>
        <w:t>Es wird darauf hingewiesen, dass für alle Verträge und Vereinbarungen die deutsche Rechtsprechung gilt und Gerichtsstand am Firmensitz ist.</w:t>
      </w:r>
    </w:p>
    <w:p/>
    <w:p/>
    <w:p>
      <w:r>
        <w:rPr>
          <w:b w:val="0"/>
          <w:sz w:val="20"/>
        </w:rPr>
        <w:t>Ort : ____________________________________    Unterschrift : 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Gründer / Geschäftsführer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Berater / Partner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https://dokumentklar.com/businessplan-sprachschule/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https://dokumentklar.com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dokumentklar.com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kumentklar.com/businessplan-sprachschule/" TargetMode="External"/><Relationship Id="rId10" Type="http://schemas.openxmlformats.org/officeDocument/2006/relationships/hyperlink" Target="https://dokumentkl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