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b/>
          <w:sz w:val="20"/>
        </w:rPr>
        <w:t>BEFUNDANFORDERUNG</w:t>
      </w:r>
    </w:p>
    <w:p/>
    <w:p/>
    <w:p>
      <w:r>
        <w:rPr>
          <w:b/>
          <w:sz w:val="20"/>
        </w:rPr>
        <w:t>Angaben zum Einsender (Arzt/Praxis) :</w:t>
      </w:r>
    </w:p>
    <w:p>
      <w:r>
        <w:rPr>
          <w:b w:val="0"/>
          <w:sz w:val="20"/>
        </w:rPr>
        <w:t>Name : ____________________________________________________________</w:t>
      </w:r>
    </w:p>
    <w:p>
      <w:r>
        <w:rPr>
          <w:b w:val="0"/>
          <w:sz w:val="20"/>
        </w:rPr>
        <w:t>Fachrichtung : ______________________________________________________</w:t>
      </w:r>
    </w:p>
    <w:p>
      <w:r>
        <w:rPr>
          <w:b w:val="0"/>
          <w:sz w:val="20"/>
        </w:rPr>
        <w:t>Anschrift : _________________________________________________________</w:t>
      </w:r>
    </w:p>
    <w:p>
      <w:r>
        <w:rPr>
          <w:b w:val="0"/>
          <w:sz w:val="20"/>
        </w:rPr>
        <w:t>Telefonnummer : ____________________________________________________</w:t>
      </w:r>
    </w:p>
    <w:p>
      <w:r>
        <w:rPr>
          <w:b w:val="0"/>
          <w:sz w:val="20"/>
        </w:rPr>
        <w:t>Fax / E-Mail : ______________________________________________________</w:t>
      </w:r>
    </w:p>
    <w:p/>
    <w:p>
      <w:r>
        <w:rPr>
          <w:b/>
          <w:sz w:val="20"/>
        </w:rPr>
        <w:t>Patientendaten :</w:t>
      </w:r>
    </w:p>
    <w:p>
      <w:r>
        <w:rPr>
          <w:b w:val="0"/>
          <w:sz w:val="20"/>
        </w:rPr>
        <w:t>Vor- und Nachname : _________________________________________________</w:t>
      </w:r>
    </w:p>
    <w:p>
      <w:r>
        <w:rPr>
          <w:b w:val="0"/>
          <w:sz w:val="20"/>
        </w:rPr>
        <w:t>Geburtsdatum : ______________________________________________________</w:t>
      </w:r>
    </w:p>
    <w:p>
      <w:r>
        <w:rPr>
          <w:b w:val="0"/>
          <w:sz w:val="20"/>
        </w:rPr>
        <w:t>Versichertennummer : ________________________________________________</w:t>
      </w:r>
    </w:p>
    <w:p>
      <w:r>
        <w:rPr>
          <w:b w:val="0"/>
          <w:sz w:val="20"/>
        </w:rPr>
        <w:t>Anschrift : _________________________________________________________</w:t>
      </w:r>
    </w:p>
    <w:p/>
    <w:p>
      <w:r>
        <w:rPr>
          <w:b/>
          <w:sz w:val="20"/>
        </w:rPr>
        <w:t>Untersuchung / Befundanforderung :</w:t>
      </w:r>
    </w:p>
    <w:p>
      <w:r>
        <w:rPr>
          <w:b w:val="0"/>
          <w:sz w:val="20"/>
        </w:rPr>
        <w:t>Art der Untersuchung : ______________________________________________</w:t>
      </w:r>
    </w:p>
    <w:p>
      <w:r>
        <w:rPr>
          <w:b w:val="0"/>
          <w:sz w:val="20"/>
        </w:rPr>
        <w:t>Begründung / Verdachtsdiagnose : ____________________________________</w:t>
      </w:r>
    </w:p>
    <w:p>
      <w:r>
        <w:rPr>
          <w:b w:val="0"/>
          <w:sz w:val="20"/>
        </w:rPr>
        <w:t>Besondere Hinweise / Fragestellung : ________________________________</w:t>
      </w:r>
    </w:p>
    <w:p/>
    <w:p>
      <w:r>
        <w:rPr>
          <w:b/>
          <w:sz w:val="20"/>
        </w:rPr>
        <w:t>Behandlungszeitraum (sofern relevant) :</w:t>
      </w:r>
    </w:p>
    <w:p>
      <w:r>
        <w:rPr>
          <w:b w:val="0"/>
          <w:sz w:val="20"/>
        </w:rPr>
        <w:t>Von : _____________________    Bis : _______________________________</w:t>
      </w:r>
    </w:p>
    <w:p/>
    <w:p>
      <w:r>
        <w:rPr>
          <w:b/>
          <w:sz w:val="20"/>
        </w:rPr>
        <w:t>Dringlichkeit der Untersuchung :</w:t>
      </w:r>
    </w:p>
    <w:p>
      <w:r>
        <w:rPr>
          <w:b w:val="0"/>
          <w:sz w:val="20"/>
        </w:rPr>
        <w:t>□ Routine    □ Eilbedürftig</w:t>
      </w:r>
    </w:p>
    <w:p/>
    <w:p>
      <w:r>
        <w:rPr>
          <w:b/>
          <w:sz w:val="20"/>
        </w:rPr>
        <w:t>Erklärung zum Datenschutz und Einwilligung :</w:t>
      </w:r>
    </w:p>
    <w:p>
      <w:r>
        <w:rPr>
          <w:b w:val="0"/>
          <w:sz w:val="20"/>
        </w:rPr>
        <w:t>Hiermit versichere ich, dass die datenschutzrechtlichen Vorgaben eingehalten</w:t>
      </w:r>
    </w:p>
    <w:p>
      <w:r>
        <w:rPr>
          <w:b w:val="0"/>
          <w:sz w:val="20"/>
        </w:rPr>
        <w:t>werden und eine Einwilligung des Patienten zur Durchführung und Auswertung</w:t>
      </w:r>
    </w:p>
    <w:p>
      <w:r>
        <w:rPr>
          <w:b w:val="0"/>
          <w:sz w:val="20"/>
        </w:rPr>
        <w:t>der Untersuchung vorliegt.</w:t>
      </w:r>
    </w:p>
    <w:p/>
    <w:p/>
    <w:p>
      <w:r>
        <w:rPr>
          <w:b w:val="0"/>
          <w:sz w:val="20"/>
        </w:rPr>
        <w:t>Ort : _______________________________________________________________</w:t>
      </w:r>
    </w:p>
    <w:p>
      <w:r>
        <w:rPr>
          <w:b w:val="0"/>
          <w:sz w:val="20"/>
        </w:rPr>
        <w:t>Unterschrift und Stempel des Einsenders : ____________________________</w:t>
      </w:r>
    </w:p>
    <w:p/>
    <w:p/>
    <w:p/>
    <w:tbl>
      <w:tblPr>
        <w:tblW w:type="auto" w:w="0"/>
        <w:tblLayout w:type="autofit"/>
        <w:tblLook w:firstColumn="1" w:firstRow="1" w:lastColumn="0" w:lastRow="0" w:noHBand="0" w:noVBand="1" w:val="04A0"/>
      </w:tblPr>
      <w:tblGrid>
        <w:gridCol w:w="4986"/>
        <w:gridCol w:w="4986"/>
      </w:tblGrid>
      <w:tr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EINSENDER (Arzt/Praxis)</w:t>
            </w:r>
          </w:p>
        </w:tc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LABOR / EMPFÄNGER</w:t>
            </w:r>
          </w:p>
        </w:tc>
      </w:tr>
      <w:tr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br/>
              <w:br/>
              <w:t>Unterschrift : _________________________</w:t>
            </w:r>
          </w:p>
        </w:tc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br/>
              <w:br/>
              <w:t>Unterschrift : _________________________</w:t>
            </w:r>
          </w:p>
        </w:tc>
      </w:tr>
    </w:tbl>
    <w:p>
      <w:r>
        <w:br w:type="page"/>
      </w:r>
    </w:p>
    <w:p>
      <w:pPr>
        <w:jc w:val="center"/>
      </w:pPr>
      <w:r>
        <w:rPr>
          <w:color w:val="555555"/>
          <w:sz w:val="24"/>
        </w:rPr>
        <w:t>Originalquelle dieses Dokuments:</w:t>
      </w:r>
    </w:p>
    <w:p>
      <w:pPr>
        <w:jc w:val="center"/>
      </w:pPr>
      <w:hyperlink r:id="rId9">
        <w:r>
          <w:rPr>
            <w:color w:val="0000FF"/>
            <w:u w:val="single"/>
          </w:rPr>
          <w:t>https://dokumentklar.com/befundanforderung-muster/</w:t>
        </w:r>
      </w:hyperlink>
    </w:p>
    <w:p>
      <w:pPr>
        <w:jc w:val="center"/>
      </w:pPr>
      <w:r>
        <w:rPr>
          <w:color w:val="555555"/>
          <w:sz w:val="26"/>
        </w:rPr>
        <w:t>War diese Vorlage für Sie hilfreich?</w:t>
      </w:r>
    </w:p>
    <w:p>
      <w:pPr>
        <w:jc w:val="center"/>
      </w:pPr>
      <w:r>
        <w:rPr>
          <w:color w:val="555555"/>
          <w:sz w:val="26"/>
        </w:rPr>
        <w:t>Weitere aktuelle Vorlagen finden Sie unter:</w:t>
      </w:r>
    </w:p>
    <w:p>
      <w:pPr>
        <w:jc w:val="center"/>
      </w:pPr>
      <w:hyperlink r:id="rId10">
        <w:r>
          <w:rPr>
            <w:color w:val="0000FF"/>
            <w:u w:val="single"/>
          </w:rPr>
          <w:t>https://dokumentklar.com</w:t>
        </w:r>
      </w:hyperlink>
    </w:p>
    <w:p>
      <w:pPr>
        <w:jc w:val="center"/>
      </w:pPr>
      <w:r>
        <w:rPr>
          <w:color w:val="808080"/>
          <w:sz w:val="20"/>
        </w:rPr>
        <w:t>Diese Vorlage ist ausschließlich für den persönlichen, nicht kommerziellen Gebrauch bestimmt.</w:t>
        <w:br/>
        <w:t>Bei Weitergabe oder Veröffentlichung ist die Nennung der Quelle verpflichtend. © dokumentklar.com</w:t>
      </w:r>
    </w:p>
    <w:sectPr w:rsidR="00FC693F" w:rsidRPr="0006063C" w:rsidSect="00034616">
      <w:pgSz w:w="12240" w:h="15840"/>
      <w:pgMar w:top="1134" w:right="1134" w:bottom="1134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yperlink" Target="https://dokumentklar.com/befundanforderung-muster/" TargetMode="External"/><Relationship Id="rId10" Type="http://schemas.openxmlformats.org/officeDocument/2006/relationships/hyperlink" Target="https://dokumentklar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