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MUSTERBRIEF ZUR AUSZAHLUNG EINES GUTHABENS AUS DER BETRIEBSKOSTENABRECHNUNG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Name : 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</w:t>
      </w:r>
    </w:p>
    <w:p>
      <w:r>
        <w:rPr>
          <w:b w:val="0"/>
          <w:sz w:val="20"/>
        </w:rPr>
        <w:t>Telefonnummer : ___________________________________________________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Name : 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Auszahlung eines Guthabens aus der Betriebskostenabrechnung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bestätigen wir die Prüfung Ihrer Betriebskostenabrechnung für die Abrechnungsperiode _________________ bis _________________ . Gemäß der Abrechnung ergibt sich ein Guthaben in Höhe von _________________ EUR, das wir Ihnen hiermit auszahlen werden.</w:t>
      </w:r>
    </w:p>
    <w:p/>
    <w:p>
      <w:r>
        <w:rPr>
          <w:b w:val="0"/>
          <w:sz w:val="20"/>
        </w:rPr>
        <w:t>Bitte bestätigen Sie uns schriftlich den Erhalt der Auszahlung gemäß der Betriebskostenabrechnung. Sollte innerhalb von 14 Tagen keine Rückmeldung erfolgen, geht die Auszahlung als angenommen und erledigt gilt.</w:t>
      </w:r>
    </w:p>
    <w:p/>
    <w:p>
      <w:r>
        <w:rPr>
          <w:b/>
          <w:sz w:val="20"/>
        </w:rPr>
        <w:t>Zahlungsdetails :</w:t>
      </w:r>
    </w:p>
    <w:p>
      <w:r>
        <w:rPr>
          <w:b w:val="0"/>
          <w:sz w:val="20"/>
        </w:rPr>
        <w:t>Empfängername : _________________________________________________</w:t>
      </w:r>
    </w:p>
    <w:p>
      <w:r>
        <w:rPr>
          <w:b w:val="0"/>
          <w:sz w:val="20"/>
        </w:rPr>
        <w:t>IBAN : __________________________________________________________</w:t>
      </w:r>
    </w:p>
    <w:p>
      <w:r>
        <w:rPr>
          <w:b w:val="0"/>
          <w:sz w:val="20"/>
        </w:rPr>
        <w:t>BIC : ___________________________________________________________</w:t>
      </w:r>
    </w:p>
    <w:p>
      <w:r>
        <w:rPr>
          <w:b w:val="0"/>
          <w:sz w:val="20"/>
        </w:rPr>
        <w:t>Auszahlungsbetrag : _________________ EUR</w:t>
      </w:r>
    </w:p>
    <w:p/>
    <w:p>
      <w:r>
        <w:rPr>
          <w:b/>
          <w:sz w:val="20"/>
        </w:rPr>
        <w:t>Rechtliche Hinweise :</w:t>
      </w:r>
    </w:p>
    <w:p>
      <w:r>
        <w:rPr>
          <w:b w:val="0"/>
          <w:sz w:val="20"/>
        </w:rPr>
        <w:t>Dieser Brief stellt keine Änderung des Mietvertrags dar. Die Auszahlung erfolgt auf Grundlage der geprüften und bestätigten Betriebskostenabrechnung.</w:t>
      </w:r>
    </w:p>
    <w:p/>
    <w:p>
      <w:r>
        <w:rPr>
          <w:b w:val="0"/>
          <w:sz w:val="20"/>
        </w:rPr>
        <w:t>Für Rückfragen stehen wir Ihnen gerne zur Verfügung.</w:t>
      </w:r>
    </w:p>
    <w:p/>
    <w:p/>
    <w:p>
      <w:r>
        <w:rPr>
          <w:b w:val="0"/>
          <w:sz w:val="20"/>
        </w:rPr>
        <w:t>Ort : _____________________________________________________________</w:t>
      </w:r>
    </w:p>
    <w:p>
      <w:r>
        <w:rPr>
          <w:b w:val="0"/>
          <w:sz w:val="20"/>
        </w:rPr>
        <w:t>Unterschrift : 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https://dokumentklar.com/auszahlung-guthaben-betriebskostenabrechnung-musterbrief/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auszahlung-guthaben-betriebskostenabrechnung-musterbrief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