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ARBEITSVERTRAG FÜR HAUSMEISTER</w:t>
      </w:r>
    </w:p>
    <w:p/>
    <w:p>
      <w:pPr>
        <w:jc w:val="center"/>
      </w:pPr>
      <w:r>
        <w:rPr>
          <w:b w:val="0"/>
          <w:sz w:val="20"/>
        </w:rPr>
        <w:t>Zwischen</w:t>
      </w:r>
    </w:p>
    <w:p>
      <w:r>
        <w:rPr>
          <w:b w:val="0"/>
          <w:sz w:val="20"/>
        </w:rPr>
        <w:t>Arbeitgeber : _________________________________________________</w:t>
      </w:r>
    </w:p>
    <w:p>
      <w:r>
        <w:rPr>
          <w:b w:val="0"/>
          <w:sz w:val="20"/>
        </w:rPr>
        <w:t>Anschrift : ___________________________________________________</w:t>
      </w:r>
    </w:p>
    <w:p/>
    <w:p>
      <w:pPr>
        <w:jc w:val="center"/>
      </w:pPr>
      <w:r>
        <w:rPr>
          <w:b w:val="0"/>
          <w:sz w:val="20"/>
        </w:rPr>
        <w:t>und</w:t>
      </w:r>
    </w:p>
    <w:p>
      <w:r>
        <w:rPr>
          <w:b w:val="0"/>
          <w:sz w:val="20"/>
        </w:rPr>
        <w:t>Arbeitnehmer (Hausmeister) : __________________________________</w:t>
      </w:r>
    </w:p>
    <w:p>
      <w:r>
        <w:rPr>
          <w:b w:val="0"/>
          <w:sz w:val="20"/>
        </w:rPr>
        <w:t>Anschrift : ___________________________________________________</w:t>
      </w:r>
    </w:p>
    <w:p/>
    <w:p>
      <w:r>
        <w:rPr>
          <w:b/>
          <w:sz w:val="20"/>
        </w:rPr>
        <w:t>§ 1 – Tätigkeitsbereich</w:t>
      </w:r>
    </w:p>
    <w:p>
      <w:r>
        <w:rPr>
          <w:b w:val="0"/>
          <w:sz w:val="20"/>
        </w:rPr>
        <w:t>Der Arbeitnehmer wird als Hausmeister beschäftigt. Zu seinen Aufgaben gehören insbesondere die Pflege und Instandhaltung des Gebäudes und der Außenanlagen, die Überwachung technischer Einrichtungen sowie die Durchführung kleinerer Reparaturen.</w:t>
      </w:r>
    </w:p>
    <w:p/>
    <w:p>
      <w:r>
        <w:rPr>
          <w:b/>
          <w:sz w:val="20"/>
        </w:rPr>
        <w:t>§ 2 – Arbeitszeit</w:t>
      </w:r>
    </w:p>
    <w:p>
      <w:r>
        <w:rPr>
          <w:b w:val="0"/>
          <w:sz w:val="20"/>
        </w:rPr>
        <w:t>Die regelmäßige Arbeitszeit beträgt __ Stunden pro Woche. Die Verteilung der Arbeitszeit richtet sich nach den betrieblichen Erfordernissen.</w:t>
      </w:r>
    </w:p>
    <w:p/>
    <w:p>
      <w:r>
        <w:rPr>
          <w:b/>
          <w:sz w:val="20"/>
        </w:rPr>
        <w:t>§ 3 – Vergütung</w:t>
      </w:r>
    </w:p>
    <w:p>
      <w:r>
        <w:rPr>
          <w:b w:val="0"/>
          <w:sz w:val="20"/>
        </w:rPr>
        <w:t>Der Arbeitnehmer erhält eine monatliche Vergütung in Höhe von _________________ EUR brutto. Die Zahlung erfolgt jeweils zum Ende des Monats.</w:t>
      </w:r>
    </w:p>
    <w:p/>
    <w:p>
      <w:r>
        <w:rPr>
          <w:b/>
          <w:sz w:val="20"/>
        </w:rPr>
        <w:t>§ 4 – Urlaub</w:t>
      </w:r>
    </w:p>
    <w:p>
      <w:r>
        <w:rPr>
          <w:b w:val="0"/>
          <w:sz w:val="20"/>
        </w:rPr>
        <w:t>Der Arbeitnehmer hat Anspruch auf den gesetzlichen Mindesturlaub. Die zeitliche Festlegung des Urlaubs erfolgt in Abstimmung mit dem Arbeitgeber.</w:t>
      </w:r>
    </w:p>
    <w:p/>
    <w:p>
      <w:r>
        <w:rPr>
          <w:b/>
          <w:sz w:val="20"/>
        </w:rPr>
        <w:t>§ 5 – Kündigung</w:t>
      </w:r>
    </w:p>
    <w:p>
      <w:r>
        <w:rPr>
          <w:b w:val="0"/>
          <w:sz w:val="20"/>
        </w:rPr>
        <w:t>Die Kündigungsfristen richten sich nach den gesetzlichen Bestimmungen. Beide Parteien können das Arbeitsverhältnis unter Einhaltung dieser Fristen kündigen.</w:t>
      </w:r>
    </w:p>
    <w:p/>
    <w:p>
      <w:r>
        <w:rPr>
          <w:b/>
          <w:sz w:val="20"/>
        </w:rPr>
        <w:t>§ 6 – Verschwiegenheitspflicht</w:t>
      </w:r>
    </w:p>
    <w:p>
      <w:r>
        <w:rPr>
          <w:b w:val="0"/>
          <w:sz w:val="20"/>
        </w:rPr>
        <w:t>Der Arbeitnehmer verpflichtet sich, über alle betrieblichen Angelegenheiten, die ihm im Rahmen seiner Tätigkeit bekannt werden, Stillschweigen zu bewahren.</w:t>
      </w:r>
    </w:p>
    <w:p/>
    <w:p>
      <w:r>
        <w:rPr>
          <w:b/>
          <w:sz w:val="20"/>
        </w:rPr>
        <w:t>§ 7 – Sonstige Vereinbarungen</w:t>
      </w:r>
    </w:p>
    <w:p>
      <w:r>
        <w:rPr>
          <w:b w:val="0"/>
          <w:sz w:val="20"/>
        </w:rPr>
        <w:t>Änderungen und Ergänzungen dieses Vertrages bedürfen der Schriftform. Sollten einzelne Bestimmungen dieses Vertrages unwirksam sein, so bleibt der Vertrag im Übrigen wirksam.</w:t>
      </w:r>
    </w:p>
    <w:p/>
    <w:p/>
    <w:p>
      <w:r>
        <w:rPr>
          <w:b w:val="0"/>
          <w:sz w:val="20"/>
        </w:rPr>
        <w:t>Ort : __________________________________________________________</w:t>
      </w:r>
    </w:p>
    <w:p>
      <w:r>
        <w:rPr>
          <w:b w:val="0"/>
          <w:sz w:val="20"/>
        </w:rPr>
        <w:t>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https://dokumentklar.com/arbeitsvertrag-hausmeister-vorlage/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arbeitsvertrag-hausmeister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