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FÜR EINEN ANZAHLUNGSVERTRAG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Name / Firma : 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Name / Firma : 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</w:t>
      </w:r>
    </w:p>
    <w:p/>
    <w:p>
      <w:r>
        <w:rPr>
          <w:b/>
          <w:sz w:val="20"/>
        </w:rPr>
        <w:t>Vertragsgegenstand :</w:t>
      </w:r>
    </w:p>
    <w:p>
      <w:r>
        <w:rPr>
          <w:b w:val="0"/>
          <w:sz w:val="20"/>
        </w:rPr>
        <w:t>Der Verkäufer verkauft und der Käufer kauft die nachfolgend beschriebene Ware oder Dienstleistung: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Anzahlung :</w:t>
      </w:r>
    </w:p>
    <w:p>
      <w:r>
        <w:rPr>
          <w:b w:val="0"/>
          <w:sz w:val="20"/>
        </w:rPr>
        <w:t>Der Käufer verpflichtet sich, eine Anzahlung in Höhe von ______________ EUR zu leisten.</w:t>
      </w:r>
    </w:p>
    <w:p>
      <w:r>
        <w:rPr>
          <w:b w:val="0"/>
          <w:sz w:val="20"/>
        </w:rPr>
        <w:t>Die Anzahlung wird auf den Kaufpreis angerechnet.</w:t>
      </w:r>
    </w:p>
    <w:p/>
    <w:p>
      <w:r>
        <w:rPr>
          <w:b/>
          <w:sz w:val="20"/>
        </w:rPr>
        <w:t>Zahlungsweise :</w:t>
      </w:r>
    </w:p>
    <w:p>
      <w:r>
        <w:rPr>
          <w:b w:val="0"/>
          <w:sz w:val="20"/>
        </w:rPr>
        <w:t>Die Anzahlung erfolgt durch Überweisung auf folgendes Konto:</w:t>
      </w:r>
    </w:p>
    <w:p>
      <w:r>
        <w:rPr>
          <w:b w:val="0"/>
          <w:sz w:val="20"/>
        </w:rPr>
        <w:t>Kontoinhaber : ________________________________________________</w:t>
      </w:r>
    </w:p>
    <w:p>
      <w:r>
        <w:rPr>
          <w:b w:val="0"/>
          <w:sz w:val="20"/>
        </w:rPr>
        <w:t>IBAN : ______________________________________________________</w:t>
      </w:r>
    </w:p>
    <w:p>
      <w:r>
        <w:rPr>
          <w:b w:val="0"/>
          <w:sz w:val="20"/>
        </w:rPr>
        <w:t>BIC : _______________________________________________________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Gegenstand dieses Vertrages ist die Anzahlung für die oben genannte Ware oder Dienstleistung.</w:t>
      </w:r>
    </w:p>
    <w:p/>
    <w:p>
      <w:r>
        <w:rPr>
          <w:b/>
          <w:sz w:val="20"/>
        </w:rPr>
        <w:t>§ 2 – Anzahlung und Kaufpreis</w:t>
      </w:r>
    </w:p>
    <w:p>
      <w:r>
        <w:rPr>
          <w:b w:val="0"/>
          <w:sz w:val="20"/>
        </w:rPr>
        <w:t>Die Anzahlung wird auf den Gesamtpreis angerechnet. Der restliche Betrag ist bei Lieferung oder Erbringung der Leistung fällig.</w:t>
      </w:r>
    </w:p>
    <w:p/>
    <w:p>
      <w:r>
        <w:rPr>
          <w:b/>
          <w:sz w:val="20"/>
        </w:rPr>
        <w:t>§ 3 – Rücktrittsrecht und Rückzahlung</w:t>
      </w:r>
    </w:p>
    <w:p>
      <w:r>
        <w:rPr>
          <w:b w:val="0"/>
          <w:sz w:val="20"/>
        </w:rPr>
        <w:t>Tritt der Käufer vom Vertrag zurück, verfällt die Anzahlung zugunsten des Verkäufers, soweit gesetzlich zulässig.</w:t>
      </w:r>
    </w:p>
    <w:p>
      <w:r>
        <w:rPr>
          <w:b w:val="0"/>
          <w:sz w:val="20"/>
        </w:rPr>
        <w:t>Im Falle eines Rücktritts durch den Verkäufer wird die Anzahlung vollständig zurückerstattet.</w:t>
      </w:r>
    </w:p>
    <w:p/>
    <w:p>
      <w:r>
        <w:rPr>
          <w:b/>
          <w:sz w:val="20"/>
        </w:rPr>
        <w:t>§ 4 – Erfüllung des Vertrages</w:t>
      </w:r>
    </w:p>
    <w:p>
      <w:r>
        <w:rPr>
          <w:b w:val="0"/>
          <w:sz w:val="20"/>
        </w:rPr>
        <w:t>Der Verkäufer verpflichtet sich, die Ware / Dienstleistung zum vereinbarten Zeitpunkt bereitzustellen oder zu erbringen.</w:t>
      </w:r>
    </w:p>
    <w:p/>
    <w:p>
      <w:r>
        <w:rPr>
          <w:b/>
          <w:sz w:val="20"/>
        </w:rPr>
        <w:t>§ 5 – Sonstige Vereinbarungen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§ 6 – Schlussbestimmungen</w:t>
      </w:r>
    </w:p>
    <w:p>
      <w:r>
        <w:rPr>
          <w:b w:val="0"/>
          <w:sz w:val="20"/>
        </w:rPr>
        <w:t>Änderungen und Ergänzungen dieses Vertrages bedürfen der Schriftform.</w:t>
      </w:r>
    </w:p>
    <w:p>
      <w:r>
        <w:rPr>
          <w:b w:val="0"/>
          <w:sz w:val="20"/>
        </w:rPr>
        <w:t>Sollten einzelne Bestimmungen dieses Vertrages unwirksam sein, bleibt der Vertrag im Übrigen wirksam.</w:t>
      </w:r>
    </w:p>
    <w:p>
      <w:r>
        <w:rPr>
          <w:b w:val="0"/>
          <w:sz w:val="20"/>
        </w:rPr>
        <w:t>Gerichtsstand ist der Sitz des Verkäufers, sofern gesetzlich zulässig.</w:t>
      </w:r>
    </w:p>
    <w:p/>
    <w:p/>
    <w:p>
      <w:r>
        <w:rPr>
          <w:b w:val="0"/>
          <w:sz w:val="20"/>
        </w:rPr>
        <w:t>Ort 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https://dokumentklar.com/anzahlung-muster/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anzahlung-muster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