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ABLAUFPLAN VERANSTALTUNG</w:t>
      </w:r>
    </w:p>
    <w:p/>
    <w:p>
      <w:r>
        <w:rPr>
          <w:b/>
          <w:sz w:val="20"/>
        </w:rPr>
        <w:t>Veranstaltungsname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Veranstaltungsort 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Veranstalter :</w:t>
      </w:r>
    </w:p>
    <w:p>
      <w:r>
        <w:rPr>
          <w:b w:val="0"/>
          <w:sz w:val="20"/>
        </w:rPr>
        <w:t>Name/Firma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Verantwortliche Person vor Ort :</w:t>
      </w:r>
    </w:p>
    <w:p>
      <w:r>
        <w:rPr>
          <w:b w:val="0"/>
          <w:sz w:val="20"/>
        </w:rPr>
        <w:t>Name : ______________________________________________________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Zeitlicher Ablauf: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Uhrzeit</w:t>
            </w:r>
          </w:p>
        </w:tc>
        <w:tc>
          <w:tcPr>
            <w:tcW w:type="dxa" w:w="3324"/>
          </w:tcPr>
          <w:p>
            <w:r>
              <w:t>Programmpunkt</w:t>
            </w:r>
          </w:p>
        </w:tc>
        <w:tc>
          <w:tcPr>
            <w:tcW w:type="dxa" w:w="3324"/>
          </w:tcPr>
          <w:p>
            <w:r>
              <w:t>Verantwortlich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  <w:tr>
        <w:tc>
          <w:tcPr>
            <w:tcW w:type="dxa" w:w="3324"/>
          </w:tcPr>
          <w:p>
            <w:r>
              <w:t>__________</w:t>
            </w:r>
          </w:p>
        </w:tc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</w:t>
            </w:r>
          </w:p>
        </w:tc>
      </w:tr>
    </w:tbl>
    <w:p/>
    <w:p>
      <w:r>
        <w:rPr>
          <w:b/>
          <w:sz w:val="20"/>
        </w:rPr>
        <w:t>Hinweise und Pflichten der Beteiligten:</w:t>
      </w:r>
    </w:p>
    <w:p>
      <w:r>
        <w:rPr>
          <w:b w:val="0"/>
          <w:sz w:val="20"/>
        </w:rPr>
        <w:t>1. Alle Beteiligten verpflichten sich, die Sicherheits- und Hygienevorschriften strikt einzuhalten.</w:t>
      </w:r>
    </w:p>
    <w:p>
      <w:r>
        <w:rPr>
          <w:b w:val="0"/>
          <w:sz w:val="20"/>
        </w:rPr>
        <w:t>2. Veranstaltungsort ist sauber zu halten und Schäden unverzüglich dem Veranstalter zu melden.</w:t>
      </w:r>
    </w:p>
    <w:p>
      <w:r>
        <w:rPr>
          <w:b w:val="0"/>
          <w:sz w:val="20"/>
        </w:rPr>
        <w:t>3. Die Einhaltung der festgelegten Abläufe ist zwingend erforderlich, um einen reibungslosen Ablauf zu gewährleisten.</w:t>
      </w:r>
    </w:p>
    <w:p>
      <w:r>
        <w:rPr>
          <w:b w:val="0"/>
          <w:sz w:val="20"/>
        </w:rPr>
        <w:t>4. Bei unvorhergesehenen Ereignissen ist unverzüglich die verantwortliche Person vor Ort zu informieren.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Veranstalter haftet nicht für Schäden, die durch Nichtbeachtung der Sicherheitsvorschriften oder unbefugtes Betreten nicht freigegebener Bereiche entstehen.</w:t>
      </w:r>
    </w:p>
    <w:p>
      <w:r>
        <w:rPr>
          <w:b w:val="0"/>
          <w:sz w:val="20"/>
        </w:rPr>
        <w:t>Jeder Teilnehmer haftet für von ihm verursachte Schäden im Rahmen der gesetzlichen Bestimmungen.</w:t>
      </w:r>
    </w:p>
    <w:p/>
    <w:p>
      <w:r>
        <w:rPr>
          <w:b w:val="0"/>
          <w:sz w:val="20"/>
        </w:rPr>
        <w:t>Ort : ______________________________________       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Veranstalter / Vertreter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 Person vor Ort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https://dokumentklar.com/ablaufplan-veranstaltung-vorlage/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ablaufplan-veranstaltung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